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50C98" w14:textId="28AD62A7" w:rsidR="00F72B17" w:rsidRPr="00D940AF" w:rsidRDefault="003C7DE6">
      <w:pPr>
        <w:jc w:val="center"/>
        <w:rPr>
          <w:lang w:val="fr-CA"/>
        </w:rPr>
      </w:pPr>
      <w:r w:rsidRPr="003C7DE6">
        <w:rPr>
          <w:b/>
          <w:color w:val="1F4E79"/>
          <w:sz w:val="24"/>
          <w:lang w:val="fr-CA"/>
        </w:rPr>
        <w:t>Prix d'excellence du CRHA</w:t>
      </w:r>
      <w:r w:rsidR="00E56475">
        <w:rPr>
          <w:b/>
          <w:color w:val="1F4E79"/>
          <w:sz w:val="24"/>
          <w:lang w:val="fr-CA"/>
        </w:rPr>
        <w:t xml:space="preserve"> </w:t>
      </w:r>
      <w:r w:rsidRPr="003C7DE6">
        <w:rPr>
          <w:b/>
          <w:color w:val="1F4E79"/>
          <w:sz w:val="24"/>
          <w:lang w:val="fr-CA"/>
        </w:rPr>
        <w:t>NB</w:t>
      </w:r>
    </w:p>
    <w:p w14:paraId="3800E455" w14:textId="0199014A" w:rsidR="00F72B17" w:rsidRPr="00E56475" w:rsidRDefault="003C7DE6">
      <w:pPr>
        <w:jc w:val="center"/>
        <w:rPr>
          <w:lang w:val="fr-CA"/>
        </w:rPr>
      </w:pPr>
      <w:r w:rsidRPr="003C7DE6">
        <w:rPr>
          <w:b/>
          <w:color w:val="1F4E79"/>
          <w:sz w:val="40"/>
          <w:lang w:val="fr-CA"/>
        </w:rPr>
        <w:t xml:space="preserve">Formulaire </w:t>
      </w:r>
      <w:r w:rsidR="00E56475" w:rsidRPr="00E56475">
        <w:rPr>
          <w:b/>
          <w:color w:val="1F4E79"/>
          <w:sz w:val="40"/>
          <w:lang w:val="fr-CA"/>
        </w:rPr>
        <w:t>de mise en candidature initiale</w:t>
      </w:r>
    </w:p>
    <w:p w14:paraId="7BDBD0BB" w14:textId="6A2F5C10" w:rsidR="00F72B17" w:rsidRPr="00D940AF" w:rsidRDefault="003C7DE6" w:rsidP="00E56475">
      <w:pPr>
        <w:jc w:val="center"/>
        <w:rPr>
          <w:lang w:val="fr-CA"/>
        </w:rPr>
      </w:pPr>
      <w:r w:rsidRPr="003C7DE6">
        <w:rPr>
          <w:i/>
          <w:lang w:val="fr-CA"/>
        </w:rPr>
        <w:t>À</w:t>
      </w:r>
      <w:r w:rsidR="00E56475" w:rsidRPr="00E56475">
        <w:rPr>
          <w:i/>
          <w:lang w:val="fr-CA"/>
        </w:rPr>
        <w:t xml:space="preserve"> remplir par la personne qui propose la candidature. Ce formulaire succinct marque le début du processus de mise en candidature</w:t>
      </w:r>
      <w:r w:rsidR="00E56475">
        <w:rPr>
          <w:i/>
          <w:lang w:val="fr-CA"/>
        </w:rPr>
        <w:t>.</w:t>
      </w:r>
    </w:p>
    <w:tbl>
      <w:tblPr>
        <w:tblStyle w:val="TableGrid"/>
        <w:tblW w:w="0" w:type="auto"/>
        <w:tblLook w:val="04A0" w:firstRow="1" w:lastRow="0" w:firstColumn="1" w:lastColumn="0" w:noHBand="0" w:noVBand="1"/>
      </w:tblPr>
      <w:tblGrid>
        <w:gridCol w:w="10214"/>
      </w:tblGrid>
      <w:tr w:rsidR="00F72B17" w:rsidRPr="0088353B" w14:paraId="6B7D00C3" w14:textId="77777777">
        <w:tc>
          <w:tcPr>
            <w:tcW w:w="10224" w:type="dxa"/>
            <w:shd w:val="clear" w:color="auto" w:fill="F7FBFF"/>
          </w:tcPr>
          <w:p w14:paraId="3AE381FB" w14:textId="74BF8FD6" w:rsidR="00F72B17" w:rsidRPr="00D940AF" w:rsidRDefault="003C7DE6">
            <w:pPr>
              <w:rPr>
                <w:lang w:val="fr-CA"/>
              </w:rPr>
            </w:pPr>
            <w:r w:rsidRPr="003C7DE6">
              <w:rPr>
                <w:b/>
                <w:color w:val="1F4E79"/>
                <w:lang w:val="fr-CA"/>
              </w:rPr>
              <w:t>Objectif</w:t>
            </w:r>
          </w:p>
          <w:p w14:paraId="44FE512D" w14:textId="10284D86" w:rsidR="00F72B17" w:rsidRPr="00D940AF" w:rsidRDefault="00E56475">
            <w:pPr>
              <w:rPr>
                <w:lang w:val="fr-CA"/>
              </w:rPr>
            </w:pPr>
            <w:r w:rsidRPr="00E56475">
              <w:rPr>
                <w:lang w:val="fr-CA"/>
              </w:rPr>
              <w:t>Ce formulaire permet à un pair, un employeur, un collègue, un client ou un membre de la communauté de proposer la candidature d'une personne ou d'une équipe. Après un premier examen d'admissibilité, la personne proposée sera contactée et devra accepter officiellement cette mise en candidature avant de remplir le formulaire de candidature complet.</w:t>
            </w:r>
          </w:p>
        </w:tc>
      </w:tr>
    </w:tbl>
    <w:p w14:paraId="35933BBE" w14:textId="77777777" w:rsidR="00F72B17" w:rsidRPr="00D940AF" w:rsidRDefault="00F72B17">
      <w:pPr>
        <w:rPr>
          <w:lang w:val="fr-CA"/>
        </w:rPr>
      </w:pPr>
    </w:p>
    <w:p w14:paraId="6C67A816" w14:textId="65DD9770" w:rsidR="00F72B17" w:rsidRPr="00D940AF" w:rsidRDefault="00D10DCE">
      <w:pPr>
        <w:pStyle w:val="Heading2"/>
        <w:rPr>
          <w:lang w:val="fr-CA"/>
        </w:rPr>
      </w:pPr>
      <w:r w:rsidRPr="00D940AF">
        <w:rPr>
          <w:lang w:val="fr-CA"/>
        </w:rPr>
        <w:t xml:space="preserve">1. </w:t>
      </w:r>
      <w:r w:rsidR="003C7DE6" w:rsidRPr="003C7DE6">
        <w:rPr>
          <w:lang w:val="fr-CA"/>
        </w:rPr>
        <w:t>Catégorie de prix</w:t>
      </w:r>
    </w:p>
    <w:p w14:paraId="5FA83972" w14:textId="415E49A4" w:rsidR="00F72B17" w:rsidRPr="00D940AF" w:rsidRDefault="00D10DCE">
      <w:pPr>
        <w:pStyle w:val="ListBullet"/>
        <w:rPr>
          <w:lang w:val="fr-CA"/>
        </w:rPr>
      </w:pPr>
      <w:r w:rsidRPr="00D940AF">
        <w:rPr>
          <w:lang w:val="fr-CA"/>
        </w:rPr>
        <w:t>☐</w:t>
      </w:r>
      <w:r w:rsidRPr="00D940AF">
        <w:rPr>
          <w:lang w:val="fr-CA"/>
        </w:rPr>
        <w:t xml:space="preserve"> </w:t>
      </w:r>
      <w:r w:rsidR="003C7DE6" w:rsidRPr="003C7DE6">
        <w:rPr>
          <w:lang w:val="fr-CA"/>
        </w:rPr>
        <w:t>Prix du leader</w:t>
      </w:r>
    </w:p>
    <w:p w14:paraId="53B0A201" w14:textId="4E20F132" w:rsidR="00F72B17" w:rsidRPr="00D940AF" w:rsidRDefault="00D10DCE">
      <w:pPr>
        <w:pStyle w:val="ListBullet"/>
        <w:rPr>
          <w:lang w:val="fr-CA"/>
        </w:rPr>
      </w:pPr>
      <w:r w:rsidRPr="00D940AF">
        <w:rPr>
          <w:lang w:val="fr-CA"/>
        </w:rPr>
        <w:t>☐</w:t>
      </w:r>
      <w:r w:rsidRPr="00D940AF">
        <w:rPr>
          <w:lang w:val="fr-CA"/>
        </w:rPr>
        <w:t xml:space="preserve"> </w:t>
      </w:r>
      <w:r w:rsidR="003C7DE6" w:rsidRPr="003C7DE6">
        <w:rPr>
          <w:lang w:val="fr-CA"/>
        </w:rPr>
        <w:t xml:space="preserve">Prix </w:t>
      </w:r>
      <w:r w:rsidR="00297832">
        <w:rPr>
          <w:lang w:val="fr-CA"/>
        </w:rPr>
        <w:t>de l’i</w:t>
      </w:r>
      <w:r w:rsidR="003C7DE6" w:rsidRPr="003C7DE6">
        <w:rPr>
          <w:lang w:val="fr-CA"/>
        </w:rPr>
        <w:t>mpact</w:t>
      </w:r>
    </w:p>
    <w:p w14:paraId="3A43E72A" w14:textId="61C6F77A" w:rsidR="00F72B17" w:rsidRPr="00D940AF" w:rsidRDefault="00D10DCE">
      <w:pPr>
        <w:pStyle w:val="ListBullet"/>
        <w:rPr>
          <w:lang w:val="fr-CA"/>
        </w:rPr>
      </w:pPr>
      <w:r w:rsidRPr="00D940AF">
        <w:rPr>
          <w:lang w:val="fr-CA"/>
        </w:rPr>
        <w:t>☐</w:t>
      </w:r>
      <w:r w:rsidRPr="00D940AF">
        <w:rPr>
          <w:lang w:val="fr-CA"/>
        </w:rPr>
        <w:t xml:space="preserve"> </w:t>
      </w:r>
      <w:r w:rsidR="003C7DE6" w:rsidRPr="003C7DE6">
        <w:rPr>
          <w:lang w:val="fr-CA"/>
        </w:rPr>
        <w:t>Prix d'équipe</w:t>
      </w:r>
    </w:p>
    <w:p w14:paraId="5A081830" w14:textId="2CCFD36E" w:rsidR="00F72B17" w:rsidRPr="00D940AF" w:rsidRDefault="00D10DCE">
      <w:pPr>
        <w:pStyle w:val="ListBullet"/>
        <w:rPr>
          <w:lang w:val="fr-CA"/>
        </w:rPr>
      </w:pPr>
      <w:r w:rsidRPr="00D940AF">
        <w:rPr>
          <w:lang w:val="fr-CA"/>
        </w:rPr>
        <w:t>☐</w:t>
      </w:r>
      <w:r w:rsidRPr="00D940AF">
        <w:rPr>
          <w:lang w:val="fr-CA"/>
        </w:rPr>
        <w:t xml:space="preserve"> </w:t>
      </w:r>
      <w:r w:rsidR="003C7DE6" w:rsidRPr="003C7DE6">
        <w:rPr>
          <w:lang w:val="fr-CA"/>
        </w:rPr>
        <w:t>Prix de l'étoile montante</w:t>
      </w:r>
    </w:p>
    <w:p w14:paraId="0394D2CA" w14:textId="5D290FA7" w:rsidR="00F72B17" w:rsidRPr="00D940AF" w:rsidRDefault="00D10DCE">
      <w:pPr>
        <w:pStyle w:val="ListBullet"/>
        <w:rPr>
          <w:lang w:val="fr-CA"/>
        </w:rPr>
      </w:pPr>
      <w:r w:rsidRPr="00D940AF">
        <w:rPr>
          <w:lang w:val="fr-CA"/>
        </w:rPr>
        <w:t>☐</w:t>
      </w:r>
      <w:r w:rsidRPr="00D940AF">
        <w:rPr>
          <w:lang w:val="fr-CA"/>
        </w:rPr>
        <w:t xml:space="preserve"> </w:t>
      </w:r>
      <w:r w:rsidR="003C7DE6" w:rsidRPr="003C7DE6">
        <w:rPr>
          <w:lang w:val="fr-CA"/>
        </w:rPr>
        <w:t xml:space="preserve">Prix du </w:t>
      </w:r>
      <w:r w:rsidR="00297832">
        <w:rPr>
          <w:lang w:val="fr-CA"/>
        </w:rPr>
        <w:t>fournisseur</w:t>
      </w:r>
      <w:r w:rsidR="003C7DE6" w:rsidRPr="003C7DE6">
        <w:rPr>
          <w:lang w:val="fr-CA"/>
        </w:rPr>
        <w:t xml:space="preserve"> de services</w:t>
      </w:r>
    </w:p>
    <w:p w14:paraId="7F6751B1" w14:textId="2503202C" w:rsidR="00F72B17" w:rsidRPr="00297832" w:rsidRDefault="00D10DCE">
      <w:pPr>
        <w:pStyle w:val="Heading2"/>
        <w:rPr>
          <w:lang w:val="fr-CA"/>
        </w:rPr>
      </w:pPr>
      <w:r w:rsidRPr="00D940AF">
        <w:rPr>
          <w:lang w:val="fr-CA"/>
        </w:rPr>
        <w:t xml:space="preserve">2. </w:t>
      </w:r>
      <w:r w:rsidR="00297832" w:rsidRPr="00297832">
        <w:rPr>
          <w:lang w:val="fr-CA"/>
        </w:rPr>
        <w:t>Renseignements sur la personne ou l'équipe proposée</w:t>
      </w:r>
    </w:p>
    <w:tbl>
      <w:tblPr>
        <w:tblStyle w:val="TableGrid"/>
        <w:tblW w:w="0" w:type="auto"/>
        <w:jc w:val="center"/>
        <w:tblLook w:val="04A0" w:firstRow="1" w:lastRow="0" w:firstColumn="1" w:lastColumn="0" w:noHBand="0" w:noVBand="1"/>
      </w:tblPr>
      <w:tblGrid>
        <w:gridCol w:w="2500"/>
        <w:gridCol w:w="6500"/>
      </w:tblGrid>
      <w:tr w:rsidR="00F72B17" w:rsidRPr="0088353B" w14:paraId="77C7720B" w14:textId="77777777">
        <w:trPr>
          <w:jc w:val="center"/>
        </w:trPr>
        <w:tc>
          <w:tcPr>
            <w:tcW w:w="2500" w:type="dxa"/>
            <w:shd w:val="clear" w:color="auto" w:fill="F2F2F2"/>
          </w:tcPr>
          <w:p w14:paraId="39B5E9FD" w14:textId="20FD7DE0" w:rsidR="00F72B17" w:rsidRPr="00D940AF" w:rsidRDefault="003C7DE6">
            <w:pPr>
              <w:rPr>
                <w:lang w:val="fr-CA"/>
              </w:rPr>
            </w:pPr>
            <w:r w:rsidRPr="003C7DE6">
              <w:rPr>
                <w:b/>
                <w:lang w:val="fr-CA"/>
              </w:rPr>
              <w:t>Nom d</w:t>
            </w:r>
            <w:r w:rsidR="00297832">
              <w:rPr>
                <w:b/>
                <w:lang w:val="fr-CA"/>
              </w:rPr>
              <w:t>e la personne</w:t>
            </w:r>
            <w:r w:rsidRPr="003C7DE6">
              <w:rPr>
                <w:b/>
                <w:lang w:val="fr-CA"/>
              </w:rPr>
              <w:t xml:space="preserve"> candidat</w:t>
            </w:r>
            <w:r w:rsidR="00297832">
              <w:rPr>
                <w:b/>
                <w:lang w:val="fr-CA"/>
              </w:rPr>
              <w:t>e</w:t>
            </w:r>
            <w:r w:rsidRPr="003C7DE6">
              <w:rPr>
                <w:b/>
                <w:lang w:val="fr-CA"/>
              </w:rPr>
              <w:t xml:space="preserve"> ou nom de l'équipe</w:t>
            </w:r>
          </w:p>
        </w:tc>
        <w:tc>
          <w:tcPr>
            <w:tcW w:w="6500" w:type="dxa"/>
          </w:tcPr>
          <w:p w14:paraId="12DE5DF6" w14:textId="77777777" w:rsidR="00F72B17" w:rsidRPr="00D940AF" w:rsidRDefault="00F72B17">
            <w:pPr>
              <w:rPr>
                <w:lang w:val="fr-CA"/>
              </w:rPr>
            </w:pPr>
          </w:p>
        </w:tc>
      </w:tr>
      <w:tr w:rsidR="00F72B17" w:rsidRPr="0088353B" w14:paraId="4196CE2F" w14:textId="77777777">
        <w:trPr>
          <w:jc w:val="center"/>
        </w:trPr>
        <w:tc>
          <w:tcPr>
            <w:tcW w:w="2500" w:type="dxa"/>
            <w:shd w:val="clear" w:color="auto" w:fill="F2F2F2"/>
          </w:tcPr>
          <w:p w14:paraId="396EFB5E" w14:textId="21C54CA0" w:rsidR="00F72B17" w:rsidRPr="00D940AF" w:rsidRDefault="00297832">
            <w:pPr>
              <w:rPr>
                <w:lang w:val="fr-CA"/>
              </w:rPr>
            </w:pPr>
            <w:r w:rsidRPr="00297832">
              <w:rPr>
                <w:b/>
                <w:lang w:val="fr-CA"/>
              </w:rPr>
              <w:t>Titre ou personne-ressource principale de l'équipe</w:t>
            </w:r>
          </w:p>
        </w:tc>
        <w:tc>
          <w:tcPr>
            <w:tcW w:w="6500" w:type="dxa"/>
          </w:tcPr>
          <w:p w14:paraId="71AE2A39" w14:textId="77777777" w:rsidR="00F72B17" w:rsidRPr="00D940AF" w:rsidRDefault="00F72B17">
            <w:pPr>
              <w:rPr>
                <w:lang w:val="fr-CA"/>
              </w:rPr>
            </w:pPr>
          </w:p>
        </w:tc>
      </w:tr>
      <w:tr w:rsidR="00F72B17" w:rsidRPr="00D940AF" w14:paraId="76519798" w14:textId="77777777">
        <w:trPr>
          <w:jc w:val="center"/>
        </w:trPr>
        <w:tc>
          <w:tcPr>
            <w:tcW w:w="2500" w:type="dxa"/>
            <w:shd w:val="clear" w:color="auto" w:fill="F2F2F2"/>
          </w:tcPr>
          <w:p w14:paraId="5170B61E" w14:textId="697B9ADF" w:rsidR="00F72B17" w:rsidRPr="00D940AF" w:rsidRDefault="003C7DE6">
            <w:pPr>
              <w:rPr>
                <w:lang w:val="fr-CA"/>
              </w:rPr>
            </w:pPr>
            <w:r w:rsidRPr="003C7DE6">
              <w:rPr>
                <w:b/>
                <w:lang w:val="fr-CA"/>
              </w:rPr>
              <w:t>Organisation</w:t>
            </w:r>
          </w:p>
        </w:tc>
        <w:tc>
          <w:tcPr>
            <w:tcW w:w="6500" w:type="dxa"/>
          </w:tcPr>
          <w:p w14:paraId="6C077CF4" w14:textId="77777777" w:rsidR="00F72B17" w:rsidRPr="00D940AF" w:rsidRDefault="00F72B17">
            <w:pPr>
              <w:rPr>
                <w:lang w:val="fr-CA"/>
              </w:rPr>
            </w:pPr>
          </w:p>
        </w:tc>
      </w:tr>
      <w:tr w:rsidR="00F72B17" w:rsidRPr="00D940AF" w14:paraId="55C16763" w14:textId="77777777">
        <w:trPr>
          <w:jc w:val="center"/>
        </w:trPr>
        <w:tc>
          <w:tcPr>
            <w:tcW w:w="2500" w:type="dxa"/>
            <w:shd w:val="clear" w:color="auto" w:fill="F2F2F2"/>
          </w:tcPr>
          <w:p w14:paraId="3331A545" w14:textId="1B55835D" w:rsidR="00F72B17" w:rsidRPr="00D940AF" w:rsidRDefault="003C7DE6">
            <w:pPr>
              <w:rPr>
                <w:lang w:val="fr-CA"/>
              </w:rPr>
            </w:pPr>
            <w:r w:rsidRPr="003C7DE6">
              <w:rPr>
                <w:b/>
                <w:lang w:val="fr-CA"/>
              </w:rPr>
              <w:t>Courriel</w:t>
            </w:r>
          </w:p>
        </w:tc>
        <w:tc>
          <w:tcPr>
            <w:tcW w:w="6500" w:type="dxa"/>
          </w:tcPr>
          <w:p w14:paraId="129E1612" w14:textId="77777777" w:rsidR="00F72B17" w:rsidRPr="00D940AF" w:rsidRDefault="00F72B17">
            <w:pPr>
              <w:rPr>
                <w:lang w:val="fr-CA"/>
              </w:rPr>
            </w:pPr>
          </w:p>
        </w:tc>
      </w:tr>
      <w:tr w:rsidR="00F72B17" w:rsidRPr="00D940AF" w14:paraId="4CCD68CD" w14:textId="77777777">
        <w:trPr>
          <w:jc w:val="center"/>
        </w:trPr>
        <w:tc>
          <w:tcPr>
            <w:tcW w:w="2500" w:type="dxa"/>
            <w:shd w:val="clear" w:color="auto" w:fill="F2F2F2"/>
          </w:tcPr>
          <w:p w14:paraId="77A8194D" w14:textId="5ADA6050" w:rsidR="00F72B17" w:rsidRPr="00D940AF" w:rsidRDefault="003C7DE6">
            <w:pPr>
              <w:rPr>
                <w:lang w:val="fr-CA"/>
              </w:rPr>
            </w:pPr>
            <w:r w:rsidRPr="003C7DE6">
              <w:rPr>
                <w:b/>
                <w:lang w:val="fr-CA"/>
              </w:rPr>
              <w:t>Téléphone</w:t>
            </w:r>
          </w:p>
        </w:tc>
        <w:tc>
          <w:tcPr>
            <w:tcW w:w="6500" w:type="dxa"/>
          </w:tcPr>
          <w:p w14:paraId="06DFA519" w14:textId="77777777" w:rsidR="00F72B17" w:rsidRPr="00D940AF" w:rsidRDefault="00F72B17">
            <w:pPr>
              <w:rPr>
                <w:lang w:val="fr-CA"/>
              </w:rPr>
            </w:pPr>
          </w:p>
        </w:tc>
      </w:tr>
      <w:tr w:rsidR="00F72B17" w:rsidRPr="0088353B" w14:paraId="75B2D3A9" w14:textId="77777777">
        <w:trPr>
          <w:jc w:val="center"/>
        </w:trPr>
        <w:tc>
          <w:tcPr>
            <w:tcW w:w="2500" w:type="dxa"/>
            <w:shd w:val="clear" w:color="auto" w:fill="F2F2F2"/>
          </w:tcPr>
          <w:p w14:paraId="7F3A6D91" w14:textId="74737116" w:rsidR="00F72B17" w:rsidRPr="00D940AF" w:rsidRDefault="003C7DE6">
            <w:pPr>
              <w:rPr>
                <w:lang w:val="fr-CA"/>
              </w:rPr>
            </w:pPr>
            <w:r w:rsidRPr="003C7DE6">
              <w:rPr>
                <w:b/>
                <w:lang w:val="fr-CA"/>
              </w:rPr>
              <w:t>Ville ou collectivité du Nouveau-Brunswick</w:t>
            </w:r>
          </w:p>
        </w:tc>
        <w:tc>
          <w:tcPr>
            <w:tcW w:w="6500" w:type="dxa"/>
          </w:tcPr>
          <w:p w14:paraId="7F8A3F7E" w14:textId="77777777" w:rsidR="00F72B17" w:rsidRPr="00D940AF" w:rsidRDefault="00F72B17">
            <w:pPr>
              <w:rPr>
                <w:lang w:val="fr-CA"/>
              </w:rPr>
            </w:pPr>
          </w:p>
        </w:tc>
      </w:tr>
    </w:tbl>
    <w:p w14:paraId="686EE338" w14:textId="77777777" w:rsidR="00F72B17" w:rsidRPr="00D940AF" w:rsidRDefault="00F72B17">
      <w:pPr>
        <w:rPr>
          <w:lang w:val="fr-CA"/>
        </w:rPr>
      </w:pPr>
    </w:p>
    <w:p w14:paraId="010FB9AF" w14:textId="6F8BF833" w:rsidR="00F72B17" w:rsidRPr="00D940AF" w:rsidRDefault="00D10DCE">
      <w:pPr>
        <w:pStyle w:val="Heading2"/>
        <w:rPr>
          <w:lang w:val="fr-CA"/>
        </w:rPr>
      </w:pPr>
      <w:r w:rsidRPr="00D940AF">
        <w:rPr>
          <w:lang w:val="fr-CA"/>
        </w:rPr>
        <w:t xml:space="preserve">3. </w:t>
      </w:r>
      <w:r w:rsidR="00297832">
        <w:rPr>
          <w:lang w:val="fr-CA"/>
        </w:rPr>
        <w:t xml:space="preserve">Renseignements </w:t>
      </w:r>
      <w:r w:rsidR="003C7DE6" w:rsidRPr="003C7DE6">
        <w:rPr>
          <w:lang w:val="fr-CA"/>
        </w:rPr>
        <w:t>sur la personne qui propose la candidature</w:t>
      </w:r>
      <w:r w:rsidR="003C7DE6">
        <w:rPr>
          <w:lang w:val="fr-CA"/>
        </w:rPr>
        <w:tab/>
      </w:r>
      <w:r w:rsidR="003C7DE6">
        <w:rPr>
          <w:lang w:val="fr-CA"/>
        </w:rPr>
        <w:tab/>
      </w:r>
      <w:r w:rsidR="003C7DE6">
        <w:rPr>
          <w:lang w:val="fr-CA"/>
        </w:rPr>
        <w:tab/>
      </w:r>
    </w:p>
    <w:tbl>
      <w:tblPr>
        <w:tblStyle w:val="TableGrid"/>
        <w:tblW w:w="0" w:type="auto"/>
        <w:jc w:val="center"/>
        <w:tblLook w:val="04A0" w:firstRow="1" w:lastRow="0" w:firstColumn="1" w:lastColumn="0" w:noHBand="0" w:noVBand="1"/>
      </w:tblPr>
      <w:tblGrid>
        <w:gridCol w:w="2500"/>
        <w:gridCol w:w="6500"/>
      </w:tblGrid>
      <w:tr w:rsidR="00F72B17" w:rsidRPr="0088353B" w14:paraId="70A85525" w14:textId="77777777">
        <w:trPr>
          <w:jc w:val="center"/>
        </w:trPr>
        <w:tc>
          <w:tcPr>
            <w:tcW w:w="2500" w:type="dxa"/>
            <w:shd w:val="clear" w:color="auto" w:fill="F2F2F2"/>
          </w:tcPr>
          <w:p w14:paraId="535315FC" w14:textId="639706FC" w:rsidR="00F72B17" w:rsidRPr="00D940AF" w:rsidRDefault="003C7DE6">
            <w:pPr>
              <w:rPr>
                <w:lang w:val="fr-CA"/>
              </w:rPr>
            </w:pPr>
            <w:r w:rsidRPr="003C7DE6">
              <w:rPr>
                <w:b/>
                <w:lang w:val="fr-CA"/>
              </w:rPr>
              <w:t>Nom de la personne qui propos</w:t>
            </w:r>
            <w:r w:rsidR="00297832">
              <w:rPr>
                <w:b/>
                <w:lang w:val="fr-CA"/>
              </w:rPr>
              <w:t>e</w:t>
            </w:r>
            <w:r w:rsidRPr="003C7DE6">
              <w:rPr>
                <w:b/>
                <w:lang w:val="fr-CA"/>
              </w:rPr>
              <w:t xml:space="preserve"> la candidature</w:t>
            </w:r>
          </w:p>
        </w:tc>
        <w:tc>
          <w:tcPr>
            <w:tcW w:w="6500" w:type="dxa"/>
          </w:tcPr>
          <w:p w14:paraId="357F5338" w14:textId="77777777" w:rsidR="00F72B17" w:rsidRPr="00D940AF" w:rsidRDefault="00F72B17">
            <w:pPr>
              <w:rPr>
                <w:lang w:val="fr-CA"/>
              </w:rPr>
            </w:pPr>
          </w:p>
        </w:tc>
      </w:tr>
      <w:tr w:rsidR="00F72B17" w:rsidRPr="00D940AF" w14:paraId="7075E220" w14:textId="77777777">
        <w:trPr>
          <w:jc w:val="center"/>
        </w:trPr>
        <w:tc>
          <w:tcPr>
            <w:tcW w:w="2500" w:type="dxa"/>
            <w:shd w:val="clear" w:color="auto" w:fill="F2F2F2"/>
          </w:tcPr>
          <w:p w14:paraId="04D7696D" w14:textId="6D199681" w:rsidR="00F72B17" w:rsidRPr="00D940AF" w:rsidRDefault="003C7DE6">
            <w:pPr>
              <w:rPr>
                <w:lang w:val="fr-CA"/>
              </w:rPr>
            </w:pPr>
            <w:r w:rsidRPr="003C7DE6">
              <w:rPr>
                <w:b/>
                <w:lang w:val="fr-CA"/>
              </w:rPr>
              <w:t>Organis</w:t>
            </w:r>
            <w:r w:rsidR="00297832">
              <w:rPr>
                <w:b/>
                <w:lang w:val="fr-CA"/>
              </w:rPr>
              <w:t>atio</w:t>
            </w:r>
            <w:r w:rsidR="00AF63BB">
              <w:rPr>
                <w:b/>
                <w:lang w:val="fr-CA"/>
              </w:rPr>
              <w:t>n</w:t>
            </w:r>
          </w:p>
        </w:tc>
        <w:tc>
          <w:tcPr>
            <w:tcW w:w="6500" w:type="dxa"/>
          </w:tcPr>
          <w:p w14:paraId="56F42D2C" w14:textId="77777777" w:rsidR="00F72B17" w:rsidRPr="00D940AF" w:rsidRDefault="00F72B17">
            <w:pPr>
              <w:rPr>
                <w:lang w:val="fr-CA"/>
              </w:rPr>
            </w:pPr>
          </w:p>
        </w:tc>
      </w:tr>
      <w:tr w:rsidR="00F72B17" w:rsidRPr="0088353B" w14:paraId="209058BB" w14:textId="77777777">
        <w:trPr>
          <w:jc w:val="center"/>
        </w:trPr>
        <w:tc>
          <w:tcPr>
            <w:tcW w:w="2500" w:type="dxa"/>
            <w:shd w:val="clear" w:color="auto" w:fill="F2F2F2"/>
          </w:tcPr>
          <w:p w14:paraId="7570CA1A" w14:textId="319E93C8" w:rsidR="00F72B17" w:rsidRPr="00D940AF" w:rsidRDefault="003C7DE6">
            <w:pPr>
              <w:rPr>
                <w:lang w:val="fr-CA"/>
              </w:rPr>
            </w:pPr>
            <w:r w:rsidRPr="003C7DE6">
              <w:rPr>
                <w:b/>
                <w:lang w:val="fr-CA"/>
              </w:rPr>
              <w:t>Lien avec l</w:t>
            </w:r>
            <w:r w:rsidR="00297832">
              <w:rPr>
                <w:b/>
                <w:lang w:val="fr-CA"/>
              </w:rPr>
              <w:t>a personne proposée</w:t>
            </w:r>
          </w:p>
        </w:tc>
        <w:tc>
          <w:tcPr>
            <w:tcW w:w="6500" w:type="dxa"/>
          </w:tcPr>
          <w:p w14:paraId="0306379E" w14:textId="77777777" w:rsidR="00F72B17" w:rsidRPr="00D940AF" w:rsidRDefault="00F72B17">
            <w:pPr>
              <w:rPr>
                <w:lang w:val="fr-CA"/>
              </w:rPr>
            </w:pPr>
          </w:p>
        </w:tc>
      </w:tr>
      <w:tr w:rsidR="00F72B17" w:rsidRPr="00D940AF" w14:paraId="735356C1" w14:textId="77777777">
        <w:trPr>
          <w:jc w:val="center"/>
        </w:trPr>
        <w:tc>
          <w:tcPr>
            <w:tcW w:w="2500" w:type="dxa"/>
            <w:shd w:val="clear" w:color="auto" w:fill="F2F2F2"/>
          </w:tcPr>
          <w:p w14:paraId="5CA8B77B" w14:textId="19E58B99" w:rsidR="00F72B17" w:rsidRPr="00D940AF" w:rsidRDefault="003C7DE6">
            <w:pPr>
              <w:rPr>
                <w:lang w:val="fr-CA"/>
              </w:rPr>
            </w:pPr>
            <w:r w:rsidRPr="003C7DE6">
              <w:rPr>
                <w:b/>
                <w:lang w:val="fr-CA"/>
              </w:rPr>
              <w:t>Courriel</w:t>
            </w:r>
          </w:p>
        </w:tc>
        <w:tc>
          <w:tcPr>
            <w:tcW w:w="6500" w:type="dxa"/>
          </w:tcPr>
          <w:p w14:paraId="4F93C758" w14:textId="77777777" w:rsidR="00F72B17" w:rsidRPr="00D940AF" w:rsidRDefault="00F72B17">
            <w:pPr>
              <w:rPr>
                <w:lang w:val="fr-CA"/>
              </w:rPr>
            </w:pPr>
          </w:p>
        </w:tc>
      </w:tr>
      <w:tr w:rsidR="00F72B17" w:rsidRPr="00D940AF" w14:paraId="216CC0EB" w14:textId="77777777">
        <w:trPr>
          <w:jc w:val="center"/>
        </w:trPr>
        <w:tc>
          <w:tcPr>
            <w:tcW w:w="2500" w:type="dxa"/>
            <w:shd w:val="clear" w:color="auto" w:fill="F2F2F2"/>
          </w:tcPr>
          <w:p w14:paraId="5F341782" w14:textId="3EB372D6" w:rsidR="00F72B17" w:rsidRPr="00D940AF" w:rsidRDefault="003C7DE6">
            <w:pPr>
              <w:rPr>
                <w:lang w:val="fr-CA"/>
              </w:rPr>
            </w:pPr>
            <w:r w:rsidRPr="003C7DE6">
              <w:rPr>
                <w:b/>
                <w:lang w:val="fr-CA"/>
              </w:rPr>
              <w:t>Téléphone</w:t>
            </w:r>
          </w:p>
        </w:tc>
        <w:tc>
          <w:tcPr>
            <w:tcW w:w="6500" w:type="dxa"/>
          </w:tcPr>
          <w:p w14:paraId="6C76B78E" w14:textId="77777777" w:rsidR="00F72B17" w:rsidRPr="00D940AF" w:rsidRDefault="00F72B17">
            <w:pPr>
              <w:rPr>
                <w:lang w:val="fr-CA"/>
              </w:rPr>
            </w:pPr>
          </w:p>
        </w:tc>
      </w:tr>
    </w:tbl>
    <w:p w14:paraId="6431B449" w14:textId="77777777" w:rsidR="00F72B17" w:rsidRPr="00D940AF" w:rsidRDefault="00F72B17">
      <w:pPr>
        <w:rPr>
          <w:lang w:val="fr-CA"/>
        </w:rPr>
      </w:pPr>
    </w:p>
    <w:p w14:paraId="61DE4835" w14:textId="613053B8" w:rsidR="00F72B17" w:rsidRPr="00D940AF" w:rsidRDefault="00D10DCE">
      <w:pPr>
        <w:pStyle w:val="Heading2"/>
        <w:rPr>
          <w:lang w:val="fr-CA"/>
        </w:rPr>
      </w:pPr>
      <w:r w:rsidRPr="00D940AF">
        <w:rPr>
          <w:lang w:val="fr-CA"/>
        </w:rPr>
        <w:t xml:space="preserve">4. </w:t>
      </w:r>
      <w:r w:rsidR="003C7DE6" w:rsidRPr="003C7DE6">
        <w:rPr>
          <w:lang w:val="fr-CA"/>
        </w:rPr>
        <w:t>Résumé de la candidature</w:t>
      </w:r>
      <w:r w:rsidR="003C7DE6">
        <w:rPr>
          <w:lang w:val="fr-CA"/>
        </w:rPr>
        <w:tab/>
      </w:r>
    </w:p>
    <w:tbl>
      <w:tblPr>
        <w:tblStyle w:val="TableGrid"/>
        <w:tblW w:w="0" w:type="auto"/>
        <w:jc w:val="center"/>
        <w:tblLook w:val="04A0" w:firstRow="1" w:lastRow="0" w:firstColumn="1" w:lastColumn="0" w:noHBand="0" w:noVBand="1"/>
      </w:tblPr>
      <w:tblGrid>
        <w:gridCol w:w="2500"/>
        <w:gridCol w:w="6500"/>
      </w:tblGrid>
      <w:tr w:rsidR="00F72B17" w:rsidRPr="0088353B" w14:paraId="4B68195A" w14:textId="77777777">
        <w:trPr>
          <w:jc w:val="center"/>
        </w:trPr>
        <w:tc>
          <w:tcPr>
            <w:tcW w:w="2500" w:type="dxa"/>
            <w:shd w:val="clear" w:color="auto" w:fill="F2F2F2"/>
          </w:tcPr>
          <w:p w14:paraId="2785047A" w14:textId="3520AD96" w:rsidR="00F72B17" w:rsidRPr="00D940AF" w:rsidRDefault="003C7DE6">
            <w:pPr>
              <w:rPr>
                <w:lang w:val="fr-CA"/>
              </w:rPr>
            </w:pPr>
            <w:r w:rsidRPr="003C7DE6">
              <w:rPr>
                <w:b/>
                <w:lang w:val="fr-CA"/>
              </w:rPr>
              <w:t>Pourquoi proposez-vous la candidature de cette personne ou de cette équipe?</w:t>
            </w:r>
          </w:p>
        </w:tc>
        <w:tc>
          <w:tcPr>
            <w:tcW w:w="6500" w:type="dxa"/>
          </w:tcPr>
          <w:p w14:paraId="35099363" w14:textId="4429A57E" w:rsidR="00F72B17" w:rsidRPr="00D940AF" w:rsidRDefault="003C7DE6">
            <w:pPr>
              <w:rPr>
                <w:lang w:val="fr-CA"/>
              </w:rPr>
            </w:pPr>
            <w:r w:rsidRPr="003C7DE6">
              <w:rPr>
                <w:lang w:val="fr-CA"/>
              </w:rPr>
              <w:t xml:space="preserve">Longueur recommandée : </w:t>
            </w:r>
            <w:r w:rsidR="00297832">
              <w:rPr>
                <w:lang w:val="fr-CA"/>
              </w:rPr>
              <w:t xml:space="preserve">entre </w:t>
            </w:r>
            <w:r w:rsidRPr="003C7DE6">
              <w:rPr>
                <w:lang w:val="fr-CA"/>
              </w:rPr>
              <w:t xml:space="preserve">300 </w:t>
            </w:r>
            <w:r w:rsidR="00297832">
              <w:rPr>
                <w:lang w:val="fr-CA"/>
              </w:rPr>
              <w:t>et</w:t>
            </w:r>
            <w:r w:rsidRPr="003C7DE6">
              <w:rPr>
                <w:lang w:val="fr-CA"/>
              </w:rPr>
              <w:t xml:space="preserve"> 500 mots. </w:t>
            </w:r>
            <w:r w:rsidR="00297832" w:rsidRPr="00297832">
              <w:rPr>
                <w:lang w:val="fr-CA"/>
              </w:rPr>
              <w:t>Veuillez mettre l'accent sur les réalisations, les qualités de leadership, l'impact et les raisons pour lesquelles la personne ou l'équipe proposée se démarque.</w:t>
            </w:r>
          </w:p>
        </w:tc>
      </w:tr>
    </w:tbl>
    <w:p w14:paraId="73A16A1C" w14:textId="77777777" w:rsidR="00F72B17" w:rsidRPr="00D940AF" w:rsidRDefault="00F72B17">
      <w:pPr>
        <w:rPr>
          <w:lang w:val="fr-CA"/>
        </w:rPr>
      </w:pPr>
    </w:p>
    <w:p w14:paraId="12709AE7" w14:textId="6FF97E89" w:rsidR="00F72B17" w:rsidRPr="00D940AF" w:rsidRDefault="00D10DCE">
      <w:pPr>
        <w:pStyle w:val="Heading2"/>
        <w:rPr>
          <w:lang w:val="fr-CA"/>
        </w:rPr>
      </w:pPr>
      <w:r w:rsidRPr="00D940AF">
        <w:rPr>
          <w:lang w:val="fr-CA"/>
        </w:rPr>
        <w:t xml:space="preserve">5. </w:t>
      </w:r>
      <w:r w:rsidR="003C7DE6" w:rsidRPr="003C7DE6">
        <w:rPr>
          <w:lang w:val="fr-CA"/>
        </w:rPr>
        <w:t>Confirmation des c</w:t>
      </w:r>
      <w:r w:rsidR="00297832">
        <w:rPr>
          <w:lang w:val="fr-CA"/>
        </w:rPr>
        <w:t xml:space="preserve">ritères </w:t>
      </w:r>
      <w:r w:rsidR="003C7DE6" w:rsidRPr="003C7DE6">
        <w:rPr>
          <w:lang w:val="fr-CA"/>
        </w:rPr>
        <w:t>d'admissibilité de base</w:t>
      </w:r>
    </w:p>
    <w:p w14:paraId="04F34499" w14:textId="2805FA6A" w:rsidR="00F72B17" w:rsidRPr="00D940AF" w:rsidRDefault="00D10DCE">
      <w:pPr>
        <w:pStyle w:val="ListBullet"/>
        <w:rPr>
          <w:lang w:val="fr-CA"/>
        </w:rPr>
      </w:pPr>
      <w:r w:rsidRPr="00D940AF">
        <w:rPr>
          <w:lang w:val="fr-CA"/>
        </w:rPr>
        <w:t>☐</w:t>
      </w:r>
      <w:r w:rsidRPr="00D940AF">
        <w:rPr>
          <w:lang w:val="fr-CA"/>
        </w:rPr>
        <w:t xml:space="preserve"> </w:t>
      </w:r>
      <w:r w:rsidR="003C7DE6" w:rsidRPr="003C7DE6">
        <w:rPr>
          <w:lang w:val="fr-CA"/>
        </w:rPr>
        <w:t xml:space="preserve">À </w:t>
      </w:r>
      <w:r w:rsidR="00297832" w:rsidRPr="00297832">
        <w:rPr>
          <w:lang w:val="fr-CA"/>
        </w:rPr>
        <w:t>ma connaissance, la personne proposée satisfait aux critères d'admissibilité de base du prix sélectionné.</w:t>
      </w:r>
    </w:p>
    <w:p w14:paraId="657EB6A5" w14:textId="77777777" w:rsidR="00AF63BB" w:rsidRDefault="00D10DCE">
      <w:pPr>
        <w:pStyle w:val="ListBullet"/>
        <w:rPr>
          <w:lang w:val="fr-CA"/>
        </w:rPr>
      </w:pPr>
      <w:r w:rsidRPr="00AF63BB">
        <w:rPr>
          <w:lang w:val="fr-CA"/>
        </w:rPr>
        <w:t>☐</w:t>
      </w:r>
      <w:r w:rsidRPr="00AF63BB">
        <w:rPr>
          <w:lang w:val="fr-CA"/>
        </w:rPr>
        <w:t xml:space="preserve"> </w:t>
      </w:r>
      <w:r w:rsidR="00AF63BB" w:rsidRPr="00AF63BB">
        <w:rPr>
          <w:lang w:val="fr-CA"/>
        </w:rPr>
        <w:t>Je comprends que la personne proposée sera contactée et devra accepter officiellement sa mise en candidature pour que le processus puisse se poursuivre.</w:t>
      </w:r>
    </w:p>
    <w:p w14:paraId="7757A66C" w14:textId="6F084CCA" w:rsidR="00F72B17" w:rsidRPr="00AF63BB" w:rsidRDefault="00D10DCE">
      <w:pPr>
        <w:pStyle w:val="ListBullet"/>
        <w:rPr>
          <w:lang w:val="fr-CA"/>
        </w:rPr>
      </w:pPr>
      <w:r w:rsidRPr="00AF63BB">
        <w:rPr>
          <w:lang w:val="fr-CA"/>
        </w:rPr>
        <w:t>☐</w:t>
      </w:r>
      <w:r w:rsidRPr="00AF63BB">
        <w:rPr>
          <w:lang w:val="fr-CA"/>
        </w:rPr>
        <w:t xml:space="preserve"> </w:t>
      </w:r>
      <w:r w:rsidR="00AF63BB" w:rsidRPr="00AF63BB">
        <w:rPr>
          <w:lang w:val="fr-CA"/>
        </w:rPr>
        <w:t>Je comprends que la personne proposée devra remplir l'ensemble du dossier de candidature avant l'étape de l'évaluation</w:t>
      </w:r>
    </w:p>
    <w:p w14:paraId="789877D0" w14:textId="7BE16012" w:rsidR="00F72B17" w:rsidRPr="00D940AF" w:rsidRDefault="00D10DCE">
      <w:pPr>
        <w:pStyle w:val="ListBullet"/>
        <w:rPr>
          <w:lang w:val="fr-CA"/>
        </w:rPr>
      </w:pPr>
      <w:r w:rsidRPr="00D940AF">
        <w:rPr>
          <w:lang w:val="fr-CA"/>
        </w:rPr>
        <w:t>☐</w:t>
      </w:r>
      <w:r w:rsidRPr="00D940AF">
        <w:rPr>
          <w:lang w:val="fr-CA"/>
        </w:rPr>
        <w:t xml:space="preserve"> </w:t>
      </w:r>
      <w:r w:rsidR="00AF63BB" w:rsidRPr="00AF63BB">
        <w:rPr>
          <w:lang w:val="fr-CA"/>
        </w:rPr>
        <w:t>Je consens à ce que le CRHA NB communique avec la personne proposée au sujet de cette mise en candidature.</w:t>
      </w:r>
    </w:p>
    <w:tbl>
      <w:tblPr>
        <w:tblStyle w:val="TableGrid"/>
        <w:tblW w:w="0" w:type="auto"/>
        <w:jc w:val="center"/>
        <w:tblLook w:val="04A0" w:firstRow="1" w:lastRow="0" w:firstColumn="1" w:lastColumn="0" w:noHBand="0" w:noVBand="1"/>
      </w:tblPr>
      <w:tblGrid>
        <w:gridCol w:w="2500"/>
        <w:gridCol w:w="6500"/>
      </w:tblGrid>
      <w:tr w:rsidR="00F72B17" w:rsidRPr="0088353B" w14:paraId="7F1E8F73" w14:textId="77777777">
        <w:trPr>
          <w:jc w:val="center"/>
        </w:trPr>
        <w:tc>
          <w:tcPr>
            <w:tcW w:w="2500" w:type="dxa"/>
            <w:shd w:val="clear" w:color="auto" w:fill="F2F2F2"/>
          </w:tcPr>
          <w:p w14:paraId="0C396D10" w14:textId="41B530B3" w:rsidR="00F72B17" w:rsidRPr="00D940AF" w:rsidRDefault="003C7DE6">
            <w:pPr>
              <w:rPr>
                <w:lang w:val="fr-CA"/>
              </w:rPr>
            </w:pPr>
            <w:r w:rsidRPr="003C7DE6">
              <w:rPr>
                <w:b/>
                <w:lang w:val="fr-CA"/>
              </w:rPr>
              <w:t>Signature de la personne qui propose la candidature</w:t>
            </w:r>
          </w:p>
        </w:tc>
        <w:tc>
          <w:tcPr>
            <w:tcW w:w="6500" w:type="dxa"/>
          </w:tcPr>
          <w:p w14:paraId="1219B417" w14:textId="77777777" w:rsidR="00F72B17" w:rsidRPr="00D940AF" w:rsidRDefault="00F72B17">
            <w:pPr>
              <w:rPr>
                <w:lang w:val="fr-CA"/>
              </w:rPr>
            </w:pPr>
          </w:p>
        </w:tc>
      </w:tr>
      <w:tr w:rsidR="00F72B17" w:rsidRPr="00D940AF" w14:paraId="3B61B3D7" w14:textId="77777777">
        <w:trPr>
          <w:jc w:val="center"/>
        </w:trPr>
        <w:tc>
          <w:tcPr>
            <w:tcW w:w="2500" w:type="dxa"/>
            <w:shd w:val="clear" w:color="auto" w:fill="F2F2F2"/>
          </w:tcPr>
          <w:p w14:paraId="5272185A" w14:textId="77777777" w:rsidR="00F72B17" w:rsidRPr="00D940AF" w:rsidRDefault="00D10DCE">
            <w:pPr>
              <w:rPr>
                <w:lang w:val="fr-CA"/>
              </w:rPr>
            </w:pPr>
            <w:r w:rsidRPr="00D940AF">
              <w:rPr>
                <w:b/>
                <w:lang w:val="fr-CA"/>
              </w:rPr>
              <w:t>Date</w:t>
            </w:r>
          </w:p>
        </w:tc>
        <w:tc>
          <w:tcPr>
            <w:tcW w:w="6500" w:type="dxa"/>
          </w:tcPr>
          <w:p w14:paraId="7E1D0BFC" w14:textId="77777777" w:rsidR="00F72B17" w:rsidRPr="00D940AF" w:rsidRDefault="00F72B17">
            <w:pPr>
              <w:rPr>
                <w:lang w:val="fr-CA"/>
              </w:rPr>
            </w:pPr>
          </w:p>
        </w:tc>
      </w:tr>
    </w:tbl>
    <w:p w14:paraId="2E3D0B29" w14:textId="77777777" w:rsidR="00F72B17" w:rsidRPr="00D940AF" w:rsidRDefault="00F72B17">
      <w:pPr>
        <w:rPr>
          <w:lang w:val="fr-CA"/>
        </w:rPr>
      </w:pPr>
    </w:p>
    <w:sectPr w:rsidR="00F72B17" w:rsidRPr="00D940AF" w:rsidSect="00034616">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6EC4BFB4"/>
    <w:lvl w:ilvl="0">
      <w:start w:val="1"/>
      <w:numFmt w:val="bullet"/>
      <w:pStyle w:val="ListBullet"/>
      <w:lvlText w:val=""/>
      <w:lvlJc w:val="left"/>
      <w:pPr>
        <w:tabs>
          <w:tab w:val="num" w:pos="360"/>
        </w:tabs>
        <w:ind w:left="360" w:hanging="360"/>
      </w:pPr>
      <w:rPr>
        <w:rFonts w:ascii="Symbol" w:hAnsi="Symbol" w:hint="default"/>
      </w:rPr>
    </w:lvl>
  </w:abstractNum>
  <w:num w:numId="1" w16cid:durableId="1668900747">
    <w:abstractNumId w:val="8"/>
  </w:num>
  <w:num w:numId="2" w16cid:durableId="1652176006">
    <w:abstractNumId w:val="6"/>
  </w:num>
  <w:num w:numId="3" w16cid:durableId="1058016765">
    <w:abstractNumId w:val="5"/>
  </w:num>
  <w:num w:numId="4" w16cid:durableId="455367136">
    <w:abstractNumId w:val="4"/>
  </w:num>
  <w:num w:numId="5" w16cid:durableId="1972402333">
    <w:abstractNumId w:val="7"/>
  </w:num>
  <w:num w:numId="6" w16cid:durableId="1222593088">
    <w:abstractNumId w:val="3"/>
  </w:num>
  <w:num w:numId="7" w16cid:durableId="1249078140">
    <w:abstractNumId w:val="2"/>
  </w:num>
  <w:num w:numId="8" w16cid:durableId="1581330248">
    <w:abstractNumId w:val="1"/>
  </w:num>
  <w:num w:numId="9" w16cid:durableId="1998610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97832"/>
    <w:rsid w:val="00326F90"/>
    <w:rsid w:val="00357FDD"/>
    <w:rsid w:val="003C7DE6"/>
    <w:rsid w:val="0063060C"/>
    <w:rsid w:val="00724843"/>
    <w:rsid w:val="0088353B"/>
    <w:rsid w:val="009509D3"/>
    <w:rsid w:val="009D6014"/>
    <w:rsid w:val="00AA1D8D"/>
    <w:rsid w:val="00AF63BB"/>
    <w:rsid w:val="00B47730"/>
    <w:rsid w:val="00CB0664"/>
    <w:rsid w:val="00D940AF"/>
    <w:rsid w:val="00DA15A5"/>
    <w:rsid w:val="00E56475"/>
    <w:rsid w:val="00F72B1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E71E3E"/>
  <w14:defaultImageDpi w14:val="300"/>
  <w15:docId w15:val="{29F1F2F4-0522-044A-AC6A-893F415CC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9"/>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F4E79"/>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1F4E79"/>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305</Words>
  <Characters>1742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admin@cphrnb.ca</cp:lastModifiedBy>
  <cp:revision>2</cp:revision>
  <dcterms:created xsi:type="dcterms:W3CDTF">2026-07-14T17:25:00Z</dcterms:created>
  <dcterms:modified xsi:type="dcterms:W3CDTF">2026-07-14T17:25:00Z</dcterms:modified>
  <cp:category/>
</cp:coreProperties>
</file>