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50C98" w14:textId="77777777" w:rsidR="00F72B17" w:rsidRDefault="00000000">
      <w:pPr>
        <w:jc w:val="center"/>
      </w:pPr>
      <w:r>
        <w:rPr>
          <w:b/>
          <w:color w:val="1F4E79"/>
          <w:sz w:val="24"/>
        </w:rPr>
        <w:t>CPHRNB Excellence Awards</w:t>
      </w:r>
    </w:p>
    <w:p w14:paraId="3800E455" w14:textId="77777777" w:rsidR="00F72B17" w:rsidRDefault="00000000">
      <w:pPr>
        <w:jc w:val="center"/>
      </w:pPr>
      <w:r>
        <w:rPr>
          <w:b/>
          <w:color w:val="1F4E79"/>
          <w:sz w:val="40"/>
        </w:rPr>
        <w:t>Initial Nomination Form</w:t>
      </w:r>
    </w:p>
    <w:p w14:paraId="154464CD" w14:textId="77777777" w:rsidR="00F72B17" w:rsidRDefault="00000000">
      <w:pPr>
        <w:jc w:val="center"/>
      </w:pPr>
      <w:r>
        <w:rPr>
          <w:i/>
        </w:rPr>
        <w:t>Completed by the nominator. This short form begins the nomination process.</w:t>
      </w:r>
    </w:p>
    <w:p w14:paraId="7BDBD0BB" w14:textId="77777777" w:rsidR="00F72B17" w:rsidRDefault="00F72B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F72B17" w14:paraId="6B7D00C3" w14:textId="77777777">
        <w:tc>
          <w:tcPr>
            <w:tcW w:w="10224" w:type="dxa"/>
            <w:shd w:val="clear" w:color="auto" w:fill="F7FBFF"/>
          </w:tcPr>
          <w:p w14:paraId="3AE381FB" w14:textId="77777777" w:rsidR="00F72B17" w:rsidRDefault="00000000">
            <w:r>
              <w:rPr>
                <w:b/>
                <w:color w:val="1F4E79"/>
              </w:rPr>
              <w:t>Purpose</w:t>
            </w:r>
          </w:p>
          <w:p w14:paraId="44FE512D" w14:textId="77777777" w:rsidR="00F72B17" w:rsidRDefault="00000000">
            <w:r>
              <w:t>This form allows a peer, employer, colleague, client, or community member to nominate an individual or team. After an initial eligibility review, the nominee will be contacted and must formally accept the nomination before completing the full application form.</w:t>
            </w:r>
          </w:p>
        </w:tc>
      </w:tr>
    </w:tbl>
    <w:p w14:paraId="35933BBE" w14:textId="77777777" w:rsidR="00F72B17" w:rsidRDefault="00F72B17"/>
    <w:p w14:paraId="6C67A816" w14:textId="77777777" w:rsidR="00F72B17" w:rsidRDefault="00000000">
      <w:pPr>
        <w:pStyle w:val="Heading2"/>
      </w:pPr>
      <w:r>
        <w:t>1. Award Category</w:t>
      </w:r>
    </w:p>
    <w:p w14:paraId="5FA83972" w14:textId="77777777" w:rsidR="00F72B17" w:rsidRDefault="00000000">
      <w:pPr>
        <w:pStyle w:val="ListBullet"/>
      </w:pPr>
      <w:r>
        <w:t>☐ Leader Award</w:t>
      </w:r>
    </w:p>
    <w:p w14:paraId="53B0A201" w14:textId="77777777" w:rsidR="00F72B17" w:rsidRDefault="00000000">
      <w:pPr>
        <w:pStyle w:val="ListBullet"/>
      </w:pPr>
      <w:r>
        <w:t>☐ Impact Award</w:t>
      </w:r>
    </w:p>
    <w:p w14:paraId="3A43E72A" w14:textId="77777777" w:rsidR="00F72B17" w:rsidRDefault="00000000">
      <w:pPr>
        <w:pStyle w:val="ListBullet"/>
      </w:pPr>
      <w:r>
        <w:t>☐ Team Award</w:t>
      </w:r>
    </w:p>
    <w:p w14:paraId="5A081830" w14:textId="77777777" w:rsidR="00F72B17" w:rsidRDefault="00000000">
      <w:pPr>
        <w:pStyle w:val="ListBullet"/>
      </w:pPr>
      <w:r>
        <w:t>☐ Rising Star Award</w:t>
      </w:r>
    </w:p>
    <w:p w14:paraId="0394D2CA" w14:textId="77777777" w:rsidR="00F72B17" w:rsidRDefault="00000000">
      <w:pPr>
        <w:pStyle w:val="ListBullet"/>
      </w:pPr>
      <w:r>
        <w:t>☐ Service Provider Award</w:t>
      </w:r>
    </w:p>
    <w:p w14:paraId="7F6751B1" w14:textId="77777777" w:rsidR="00F72B17" w:rsidRDefault="00000000">
      <w:pPr>
        <w:pStyle w:val="Heading2"/>
      </w:pPr>
      <w:r>
        <w:t>2. Nominee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00"/>
        <w:gridCol w:w="6500"/>
      </w:tblGrid>
      <w:tr w:rsidR="00F72B17" w14:paraId="77C7720B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39B5E9FD" w14:textId="77777777" w:rsidR="00F72B17" w:rsidRDefault="00000000">
            <w:r>
              <w:rPr>
                <w:b/>
              </w:rPr>
              <w:t>Nominee name or team name</w:t>
            </w:r>
          </w:p>
        </w:tc>
        <w:tc>
          <w:tcPr>
            <w:tcW w:w="6500" w:type="dxa"/>
          </w:tcPr>
          <w:p w14:paraId="12DE5DF6" w14:textId="77777777" w:rsidR="00F72B17" w:rsidRDefault="00F72B17"/>
        </w:tc>
      </w:tr>
      <w:tr w:rsidR="00F72B17" w14:paraId="4196CE2F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396EFB5E" w14:textId="77777777" w:rsidR="00F72B17" w:rsidRDefault="00000000">
            <w:r>
              <w:rPr>
                <w:b/>
              </w:rPr>
              <w:t>Title or team primary contact</w:t>
            </w:r>
          </w:p>
        </w:tc>
        <w:tc>
          <w:tcPr>
            <w:tcW w:w="6500" w:type="dxa"/>
          </w:tcPr>
          <w:p w14:paraId="71AE2A39" w14:textId="77777777" w:rsidR="00F72B17" w:rsidRDefault="00F72B17"/>
        </w:tc>
      </w:tr>
      <w:tr w:rsidR="00F72B17" w14:paraId="76519798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5170B61E" w14:textId="77777777" w:rsidR="00F72B17" w:rsidRDefault="00000000">
            <w:r>
              <w:rPr>
                <w:b/>
              </w:rPr>
              <w:t>Organization</w:t>
            </w:r>
          </w:p>
        </w:tc>
        <w:tc>
          <w:tcPr>
            <w:tcW w:w="6500" w:type="dxa"/>
          </w:tcPr>
          <w:p w14:paraId="6C077CF4" w14:textId="77777777" w:rsidR="00F72B17" w:rsidRDefault="00F72B17"/>
        </w:tc>
      </w:tr>
      <w:tr w:rsidR="00F72B17" w14:paraId="55C16763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3331A545" w14:textId="77777777" w:rsidR="00F72B17" w:rsidRDefault="00000000">
            <w:r>
              <w:rPr>
                <w:b/>
              </w:rPr>
              <w:t>Email</w:t>
            </w:r>
          </w:p>
        </w:tc>
        <w:tc>
          <w:tcPr>
            <w:tcW w:w="6500" w:type="dxa"/>
          </w:tcPr>
          <w:p w14:paraId="129E1612" w14:textId="77777777" w:rsidR="00F72B17" w:rsidRDefault="00F72B17"/>
        </w:tc>
      </w:tr>
      <w:tr w:rsidR="00F72B17" w14:paraId="4CCD68CD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77A8194D" w14:textId="77777777" w:rsidR="00F72B17" w:rsidRDefault="00000000">
            <w:r>
              <w:rPr>
                <w:b/>
              </w:rPr>
              <w:t>Phone</w:t>
            </w:r>
          </w:p>
        </w:tc>
        <w:tc>
          <w:tcPr>
            <w:tcW w:w="6500" w:type="dxa"/>
          </w:tcPr>
          <w:p w14:paraId="06DFA519" w14:textId="77777777" w:rsidR="00F72B17" w:rsidRDefault="00F72B17"/>
        </w:tc>
      </w:tr>
      <w:tr w:rsidR="00F72B17" w14:paraId="75B2D3A9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7F3A6D91" w14:textId="77777777" w:rsidR="00F72B17" w:rsidRDefault="00000000">
            <w:r>
              <w:rPr>
                <w:b/>
              </w:rPr>
              <w:t>City or community in New Brunswick</w:t>
            </w:r>
          </w:p>
        </w:tc>
        <w:tc>
          <w:tcPr>
            <w:tcW w:w="6500" w:type="dxa"/>
          </w:tcPr>
          <w:p w14:paraId="7F8A3F7E" w14:textId="77777777" w:rsidR="00F72B17" w:rsidRDefault="00F72B17"/>
        </w:tc>
      </w:tr>
    </w:tbl>
    <w:p w14:paraId="686EE338" w14:textId="77777777" w:rsidR="00F72B17" w:rsidRDefault="00F72B17"/>
    <w:p w14:paraId="010FB9AF" w14:textId="77777777" w:rsidR="00F72B17" w:rsidRDefault="00000000">
      <w:pPr>
        <w:pStyle w:val="Heading2"/>
      </w:pPr>
      <w:r>
        <w:t>3. Nominator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00"/>
        <w:gridCol w:w="6500"/>
      </w:tblGrid>
      <w:tr w:rsidR="00F72B17" w14:paraId="70A85525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535315FC" w14:textId="77777777" w:rsidR="00F72B17" w:rsidRDefault="00000000">
            <w:r>
              <w:rPr>
                <w:b/>
              </w:rPr>
              <w:t>Nominator name</w:t>
            </w:r>
          </w:p>
        </w:tc>
        <w:tc>
          <w:tcPr>
            <w:tcW w:w="6500" w:type="dxa"/>
          </w:tcPr>
          <w:p w14:paraId="357F5338" w14:textId="77777777" w:rsidR="00F72B17" w:rsidRDefault="00F72B17"/>
        </w:tc>
      </w:tr>
      <w:tr w:rsidR="00F72B17" w14:paraId="7075E220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04D7696D" w14:textId="77777777" w:rsidR="00F72B17" w:rsidRDefault="00000000">
            <w:r>
              <w:rPr>
                <w:b/>
              </w:rPr>
              <w:t>Organization</w:t>
            </w:r>
          </w:p>
        </w:tc>
        <w:tc>
          <w:tcPr>
            <w:tcW w:w="6500" w:type="dxa"/>
          </w:tcPr>
          <w:p w14:paraId="56F42D2C" w14:textId="77777777" w:rsidR="00F72B17" w:rsidRDefault="00F72B17"/>
        </w:tc>
      </w:tr>
      <w:tr w:rsidR="00F72B17" w14:paraId="209058BB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7570CA1A" w14:textId="77777777" w:rsidR="00F72B17" w:rsidRDefault="00000000">
            <w:r>
              <w:rPr>
                <w:b/>
              </w:rPr>
              <w:t>Relationship to nominee</w:t>
            </w:r>
          </w:p>
        </w:tc>
        <w:tc>
          <w:tcPr>
            <w:tcW w:w="6500" w:type="dxa"/>
          </w:tcPr>
          <w:p w14:paraId="0306379E" w14:textId="77777777" w:rsidR="00F72B17" w:rsidRDefault="00F72B17"/>
        </w:tc>
      </w:tr>
      <w:tr w:rsidR="00F72B17" w14:paraId="735356C1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5CA8B77B" w14:textId="77777777" w:rsidR="00F72B17" w:rsidRDefault="00000000">
            <w:r>
              <w:rPr>
                <w:b/>
              </w:rPr>
              <w:t>Email</w:t>
            </w:r>
          </w:p>
        </w:tc>
        <w:tc>
          <w:tcPr>
            <w:tcW w:w="6500" w:type="dxa"/>
          </w:tcPr>
          <w:p w14:paraId="4F93C758" w14:textId="77777777" w:rsidR="00F72B17" w:rsidRDefault="00F72B17"/>
        </w:tc>
      </w:tr>
      <w:tr w:rsidR="00F72B17" w14:paraId="216CC0EB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5F341782" w14:textId="77777777" w:rsidR="00F72B17" w:rsidRDefault="00000000">
            <w:r>
              <w:rPr>
                <w:b/>
              </w:rPr>
              <w:t>Phone</w:t>
            </w:r>
          </w:p>
        </w:tc>
        <w:tc>
          <w:tcPr>
            <w:tcW w:w="6500" w:type="dxa"/>
          </w:tcPr>
          <w:p w14:paraId="6C76B78E" w14:textId="77777777" w:rsidR="00F72B17" w:rsidRDefault="00F72B17"/>
        </w:tc>
      </w:tr>
    </w:tbl>
    <w:p w14:paraId="6431B449" w14:textId="77777777" w:rsidR="00F72B17" w:rsidRDefault="00F72B17"/>
    <w:p w14:paraId="61DE4835" w14:textId="77777777" w:rsidR="00F72B17" w:rsidRDefault="00000000">
      <w:pPr>
        <w:pStyle w:val="Heading2"/>
      </w:pPr>
      <w:r>
        <w:t>4. Nomination Summary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00"/>
        <w:gridCol w:w="6500"/>
      </w:tblGrid>
      <w:tr w:rsidR="00F72B17" w14:paraId="4B68195A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2785047A" w14:textId="77777777" w:rsidR="00F72B17" w:rsidRDefault="00000000">
            <w:r>
              <w:rPr>
                <w:b/>
              </w:rPr>
              <w:t>Why are you nominating this individual or team?</w:t>
            </w:r>
          </w:p>
        </w:tc>
        <w:tc>
          <w:tcPr>
            <w:tcW w:w="6500" w:type="dxa"/>
          </w:tcPr>
          <w:p w14:paraId="35099363" w14:textId="77777777" w:rsidR="00F72B17" w:rsidRDefault="00000000">
            <w:r>
              <w:t>Suggested length: 300 to 500 words. Focus on accomplishments, leadership, impact, and why the nominee stands out.</w:t>
            </w:r>
          </w:p>
        </w:tc>
      </w:tr>
    </w:tbl>
    <w:p w14:paraId="73A16A1C" w14:textId="77777777" w:rsidR="00F72B17" w:rsidRDefault="00F72B17"/>
    <w:p w14:paraId="12709AE7" w14:textId="77777777" w:rsidR="00F72B17" w:rsidRDefault="00000000">
      <w:pPr>
        <w:pStyle w:val="Heading2"/>
      </w:pPr>
      <w:r>
        <w:t>5. Basic Eligibility Confirmation</w:t>
      </w:r>
    </w:p>
    <w:p w14:paraId="04F34499" w14:textId="77777777" w:rsidR="00F72B17" w:rsidRDefault="00000000">
      <w:pPr>
        <w:pStyle w:val="ListBullet"/>
      </w:pPr>
      <w:r>
        <w:t>☐ To the best of my knowledge, the nominee meets the basic eligibility criteria for the selected award.</w:t>
      </w:r>
    </w:p>
    <w:p w14:paraId="039B494C" w14:textId="77777777" w:rsidR="00F72B17" w:rsidRDefault="00000000">
      <w:pPr>
        <w:pStyle w:val="ListBullet"/>
      </w:pPr>
      <w:r>
        <w:t>☐ I understand the nominee will be contacted and must formally accept the nomination to proceed.</w:t>
      </w:r>
    </w:p>
    <w:p w14:paraId="7757A66C" w14:textId="77777777" w:rsidR="00F72B17" w:rsidRDefault="00000000">
      <w:pPr>
        <w:pStyle w:val="ListBullet"/>
      </w:pPr>
      <w:r>
        <w:lastRenderedPageBreak/>
        <w:t>☐ I understand the nominee will be required to complete the full application package before adjudication.</w:t>
      </w:r>
    </w:p>
    <w:p w14:paraId="789877D0" w14:textId="77777777" w:rsidR="00F72B17" w:rsidRDefault="00000000">
      <w:pPr>
        <w:pStyle w:val="ListBullet"/>
      </w:pPr>
      <w:r>
        <w:t>☐ I consent to CPHRNB contacting the nominee regarding this nomination.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00"/>
        <w:gridCol w:w="6500"/>
      </w:tblGrid>
      <w:tr w:rsidR="00F72B17" w14:paraId="7F1E8F73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0C396D10" w14:textId="77777777" w:rsidR="00F72B17" w:rsidRDefault="00000000">
            <w:r>
              <w:rPr>
                <w:b/>
              </w:rPr>
              <w:t>Nominator signature</w:t>
            </w:r>
          </w:p>
        </w:tc>
        <w:tc>
          <w:tcPr>
            <w:tcW w:w="6500" w:type="dxa"/>
          </w:tcPr>
          <w:p w14:paraId="1219B417" w14:textId="77777777" w:rsidR="00F72B17" w:rsidRDefault="00F72B17"/>
        </w:tc>
      </w:tr>
      <w:tr w:rsidR="00F72B17" w14:paraId="3B61B3D7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5272185A" w14:textId="77777777" w:rsidR="00F72B17" w:rsidRDefault="00000000">
            <w:r>
              <w:rPr>
                <w:b/>
              </w:rPr>
              <w:t>Date</w:t>
            </w:r>
          </w:p>
        </w:tc>
        <w:tc>
          <w:tcPr>
            <w:tcW w:w="6500" w:type="dxa"/>
          </w:tcPr>
          <w:p w14:paraId="7E1D0BFC" w14:textId="77777777" w:rsidR="00F72B17" w:rsidRDefault="00F72B17"/>
        </w:tc>
      </w:tr>
    </w:tbl>
    <w:p w14:paraId="2E3D0B29" w14:textId="77777777" w:rsidR="00F72B17" w:rsidRDefault="00F72B17"/>
    <w:sectPr w:rsidR="00F72B17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8900747">
    <w:abstractNumId w:val="8"/>
  </w:num>
  <w:num w:numId="2" w16cid:durableId="1652176006">
    <w:abstractNumId w:val="6"/>
  </w:num>
  <w:num w:numId="3" w16cid:durableId="1058016765">
    <w:abstractNumId w:val="5"/>
  </w:num>
  <w:num w:numId="4" w16cid:durableId="455367136">
    <w:abstractNumId w:val="4"/>
  </w:num>
  <w:num w:numId="5" w16cid:durableId="1972402333">
    <w:abstractNumId w:val="7"/>
  </w:num>
  <w:num w:numId="6" w16cid:durableId="1222593088">
    <w:abstractNumId w:val="3"/>
  </w:num>
  <w:num w:numId="7" w16cid:durableId="1249078140">
    <w:abstractNumId w:val="2"/>
  </w:num>
  <w:num w:numId="8" w16cid:durableId="1581330248">
    <w:abstractNumId w:val="1"/>
  </w:num>
  <w:num w:numId="9" w16cid:durableId="1998610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24843"/>
    <w:rsid w:val="009509D3"/>
    <w:rsid w:val="00AA1D8D"/>
    <w:rsid w:val="00B47730"/>
    <w:rsid w:val="00CB0664"/>
    <w:rsid w:val="00F72B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E71E3E"/>
  <w14:defaultImageDpi w14:val="300"/>
  <w15:docId w15:val="{29F1F2F4-0522-044A-AC6A-893F415C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Tina Thibodeau</cp:lastModifiedBy>
  <cp:revision>2</cp:revision>
  <dcterms:created xsi:type="dcterms:W3CDTF">2026-05-19T17:10:00Z</dcterms:created>
  <dcterms:modified xsi:type="dcterms:W3CDTF">2026-05-19T17:10:00Z</dcterms:modified>
  <cp:category/>
</cp:coreProperties>
</file>